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ns0:document xmlns:ns0="http://schemas.openxmlformats.org/wordprocessingml/2006/main" xmlns:ns1="http://schemas.openxmlformats.org/markup-compatibility/2006" xmlns:ns2="http://schemas.openxmlformats.org/officeDocument/2006/relationships" ns1:Ignorable="w14 w15 w16se wp14">
  <ns0:body>
    <ns0:p ns0:rsidR="00064A47" ns0:rsidRPr="00746689" ns0:rsidRDefault="00306DCD">
      <ns0:pPr>
        <ns0:pStyle ns0:val="aa"/>
        <ns0:jc ns0:val="center"/>
        <ns0:rPr>
          <ns0:lang ns0:val="ru-RU"/>
        </ns0:rPr>
      </ns0:pPr>
      <ns0:r ns0:rsidRPr="00746689">
        <ns0:rPr>
          <ns0:lang ns0:val="ru-RU"/>
        </ns0:rPr>
        <ns0:t>СОГЛАСИЯ ПОЛЬЗОВАТЕЛЯ</ns0:t>
      </ns0:r>
      <ns0:r ns0:rsidRPr="00746689">
        <ns0:rPr>
          <ns0:lang ns0:val="ru-RU"/>
        </ns0:rPr>
        <ns0:br/>
        <ns0:t>В ОТНОШЕНИИ ПЕРСОНАЛЬНЫХ ДАННЫХ</ns0:t>
      </ns0:r>
    </ns0:p>
    <ns0:p ns0:rsidR="00064A47" ns0:rsidRPr="00746689" ns0:rsidRDefault="00306DCD">
      <ns0:pPr>
        <ns0:pStyle ns0:val="1"/>
        <ns0:rPr>
          <ns0:lang ns0:val="ru-RU"/>
        </ns0:rPr>
      </ns0:pPr>
      <ns0:r ns0:rsidRPr="00746689">
        <ns0:rPr>
          <ns0:lang ns0:val="ru-RU"/>
        </ns0:rPr>
        <ns0:t xml:space="preserve">ЧАСТЬ </ns0:t>
      </ns0:r>
      <ns0:r>
        <ns0:t>I</ns0:t>
      </ns0:r>
      <ns0:r ns0:rsidRPr="00746689">
        <ns0:rPr>
          <ns0:lang ns0:val="ru-RU"/>
        </ns0:rPr>
        <ns0:t>. СОГЛАСИЕ НА ОБРАБОТКУ ПЕРСОНАЛЬНЫХ ДАННЫХ</ns0:t>
      </ns0:r>
    </ns0:p>
    <ns0:p ns0:rsidR="00064A47" ns0:rsidRPr="00746689" ns0:rsidRDefault="00306DCD">
      <ns0:pPr>
        <ns0:spacing ns0:before="100" ns0:after="100"/>
        <ns0:ind ns0:left="227" ns0:hanging="227"/>
        <ns0:rPr>
          <ns0:lang ns0:val="ru-RU"/>
        </ns0:rPr>
      </ns0:pPr>
      <ns0:r ns0:rsidRPr="00746689">
        <ns0:rPr>
          <ns0:b/>
          <ns0:sz ns0:val="22"/>
          <ns0:lang ns0:val="ru-RU"/>
        </ns0:rPr>
        <ns0:t xml:space="preserve">[ ] </ns0:t>
      </ns0:r>
      <ns0:r ns0:rsidRPr="00746689">
        <ns0:rPr>
          <ns0:b/>
          <ns0:color ns0:val="991B1B"/>
          <ns0:lang ns0:val="ru-RU"/>
        </ns0:rPr>
        <ns0:t xml:space="preserve">ОБЯЗАТЕЛЬНО: </ns0:t>
      </ns0:r>
      <ns0:r ns0:rsidRPr="00746689">
        <ns0:rPr>
          <ns0:lang ns0:val="ru-RU"/>
        </ns0:rPr>
        <ns0:t>Я даю согласие на обработку персональных данных для рассмотрения моего обращ</ns0:t>
      </ns0:r>
      <ns0:r ns0:rsidRPr="00746689">
        <ns0:rPr>
          <ns0:lang ns0:val="ru-RU"/>
        </ns0:rPr>
        <ns0:t>ения и ответа на него.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Настоящим я, Пользователь Сайта, свободно, своей волей и в своём интересе даю Оператору согласие на обработку моих персональных данных на условиях, изложенных ниже.</ns0:t>
      </ns0:r>
    </ns0:p>
    <ns0:p ns0:rsidR="00064A47" ns0:rsidRDefault="00306DCD">
      <ns0:pPr>
        <ns0:pStyle ns0:val="21"/>
      </ns0:pPr>
      <ns0:r>
        <ns0:t>1. Оператор</ns0:t>
      </ns0:r>
    </ns0:p>
    <ns0:tbl>
      <ns0:tblPr>
        <ns0:tblW ns0:w="0" ns0:type="auto"/>
        <ns0:jc ns0:val="center"/>
        <ns0:tblLayout ns0:type="fixed"/>
        <ns0:tblLook ns0:val="04A0" ns0:firstRow="1" ns0:lastRow="0" ns0:firstColumn="1" ns0:lastColumn="0" ns0:noHBand="0" ns0:noVBand="1"/>
      </ns0:tblPr>
      <ns0:tblGrid>
        <ns0:gridCol ns0:w="2438"/>
        <ns0:gridCol ns0:w="6860"/>
      </ns0:tblGrid>
      <ns0:tr ns0:rsidR="00064A47" ns0:rsidRPr="00746689">
        <ns0:trPr>
          <ns0:jc ns0:val="center"/>
        </ns0:trPr>
        <ns0:tc>
          <ns0:tcPr>
            <ns0:tcW ns0:w="2438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064A47" ns0:rsidRDefault="00306DCD">
            <ns0:pPr>
              <ns0:spacing ns0:after="0"/>
            </ns0:pPr>
            <ns0:r>
              <ns0:rPr>
                <ns0:b/>
                <ns0:sz ns0:val="19"/>
              </ns0:rPr>
              <ns0:t>Оператор</ns0:t>
            </ns0:r>
          </ns0:p>
        </ns0:tc>
        <ns0:tc>
          <ns0:tcPr>
            <ns0:tcW ns0:w="6860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064A47" ns0:rsidRPr="00746689" ns0:rsidRDefault="00306DCD">
            <ns0:pPr>
              <ns0:spacing ns0:after="0"/>
              <ns0:rPr>
                <ns0:lang ns0:val="ru-RU"/>
              </ns0:rPr>
            </ns0:pPr>
            <ns0:r ns0:rsidRPr="00746689">
              <ns0:rPr>
                <ns0:sz ns0:val="19"/>
                <ns0:lang ns0:val="ru-RU"/>
              </ns0:rPr>
              <ns0:t>Индивидуальный предприниматель Косик Арсений Па</ns0:t>
            </ns0:r>
            <ns0:r ns0:rsidRPr="00746689">
              <ns0:rPr>
                <ns0:sz ns0:val="19"/>
                <ns0:lang ns0:val="ru-RU"/>
              </ns0:rPr>
              <ns0:t>влович</ns0:t>
            </ns0:r>
          </ns0:p>
        </ns0:tc>
      </ns0:tr>
      <ns0:tr ns0:rsidR="00064A47">
        <ns0:trPr>
          <ns0:jc ns0:val="center"/>
        </ns0:trPr>
        <ns0:tc>
          <ns0:tcPr>
            <ns0:tcW ns0:w="2438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064A47" ns0:rsidRDefault="00306DCD">
            <ns0:pPr>
              <ns0:spacing ns0:after="0"/>
            </ns0:pPr>
            <ns0:r>
              <ns0:rPr>
                <ns0:b/>
                <ns0:sz ns0:val="19"/>
              </ns0:rPr>
              <ns0:t>ИНН</ns0:t>
            </ns0:r>
          </ns0:p>
        </ns0:tc>
        <ns0:tc>
          <ns0:tcPr>
            <ns0:tcW ns0:w="6860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064A47" ns0:rsidRDefault="00306DCD">
            <ns0:pPr>
              <ns0:spacing ns0:after="0"/>
            </ns0:pPr>
            <ns0:r>
              <ns0:rPr>
                <ns0:sz ns0:val="19"/>
              </ns0:rPr>
              <ns0:t>250502905307</ns0:t>
            </ns0:r>
          </ns0:p>
        </ns0:tc>
      </ns0:tr>
      <ns0:tr ns0:rsidR="00064A47">
        <ns0:trPr>
          <ns0:jc ns0:val="center"/>
        </ns0:trPr>
        <ns0:tc>
          <ns0:tcPr>
            <ns0:tcW ns0:w="2438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064A47" ns0:rsidRDefault="00306DCD">
            <ns0:pPr>
              <ns0:spacing ns0:after="0"/>
            </ns0:pPr>
            <ns0:r>
              <ns0:rPr>
                <ns0:b/>
                <ns0:sz ns0:val="19"/>
              </ns0:rPr>
              <ns0:t>ОГРНИП</ns0:t>
            </ns0:r>
          </ns0:p>
        </ns0:tc>
        <ns0:tc>
          <ns0:tcPr>
            <ns0:tcW ns0:w="6860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064A47" ns0:rsidRDefault="00306DCD">
            <ns0:pPr>
              <ns0:spacing ns0:after="0"/>
            </ns0:pPr>
            <ns0:r>
              <ns0:rPr>
                <ns0:sz ns0:val="19"/>
              </ns0:rPr>
              <ns0:t>323253600067873</ns0:t>
            </ns0:r>
          </ns0:p>
        </ns0:tc>
      </ns0:tr>
      <ns0:tr ns0:rsidR="00064A47">
        <ns0:trPr>
          <ns0:jc ns0:val="center"/>
        </ns0:trPr>
        <ns0:tc>
          <ns0:tcPr>
            <ns0:tcW ns0:w="2438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064A47" ns0:rsidRDefault="00306DCD">
            <ns0:pPr>
              <ns0:spacing ns0:after="0"/>
            </ns0:pPr>
            <ns0:r>
              <ns0:rPr>
                <ns0:b/>
                <ns0:sz ns0:val="19"/>
              </ns0:rPr>
              <ns0:t>Адрес для корреспонденции</ns0:t>
            </ns0:r>
          </ns0:p>
        </ns0:tc>
        <ns0:tc>
          <ns0:tcPr>
            <ns0:tcW ns0:w="6860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064A47" ns0:rsidRDefault="00306DCD">
            <ns0:pPr>
              <ns0:spacing ns0:after="0"/>
            </ns0:pPr>
            <ns0:r ns0:rsidRPr="00746689">
              <ns0:rPr>
                <ns0:sz ns0:val="19"/>
                <ns0:lang ns0:val="ru-RU"/>
              </ns0:rPr>
              <ns0:t xml:space="preserve">Приморский край, г. Артём, ул. </ns0:t>
            </ns0:r>
            <ns0:r>
              <ns0:rPr>
                <ns0:sz ns0:val="19"/>
              </ns0:rPr>
              <ns0:t>Пархоменко, д. 17</ns0:t>
            </ns0:r>
          </ns0:p>
        </ns0:tc>
      </ns0:tr>
      <ns0:tr ns0:rsidR="00064A47">
        <ns0:trPr>
          <ns0:jc ns0:val="center"/>
        </ns0:trPr>
        <ns0:tc>
          <ns0:tcPr>
            <ns0:tcW ns0:w="2438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064A47" ns0:rsidRDefault="00306DCD">
            <ns0:pPr>
              <ns0:spacing ns0:after="0"/>
            </ns0:pPr>
            <ns0:r>
              <ns0:rPr>
                <ns0:b/>
                <ns0:sz ns0:val="19"/>
              </ns0:rPr>
              <ns0:t>Электронная почта</ns0:t>
            </ns0:r>
          </ns0:p>
        </ns0:tc>
        <ns0:tc>
          <ns0:tcPr>
            <ns0:tcW ns0:w="6860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064A47" ns0:rsidRPr="00746689" ns0:rsidRDefault="00306DCD">
            <ns0:pPr>
              <ns0:spacing ns0:after="0"/>
              <ns0:rPr>
                <ns0:color ns0:val="FF0000"/>
              </ns0:rPr>
            </ns0:pPr>
            <ns0:r ns0:rsidRPr="00746689">
              <ns0:rPr>
                <ns0:color ns0:val="FF0000"/>
                <ns0:sz ns0:val="19"/>
              </ns0:rPr>
              <ns0:t>tvoy-zhilet@mail.ru</ns0:t>
            </ns0:r>
          </ns0:p>
        </ns0:tc>
      </ns0:tr>
      <ns0:tr ns0:rsidR="00064A47">
        <ns0:trPr>
          <ns0:jc ns0:val="center"/>
        </ns0:trPr>
        <ns0:tc>
          <ns0:tcPr>
            <ns0:tcW ns0:w="2438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064A47" ns0:rsidRDefault="00306DCD">
            <ns0:pPr>
              <ns0:spacing ns0:after="0"/>
            </ns0:pPr>
            <ns0:r>
              <ns0:rPr>
                <ns0:b/>
                <ns0:sz ns0:val="19"/>
              </ns0:rPr>
              <ns0:t>Сайт</ns0:t>
            </ns0:r>
          </ns0:p>
        </ns0:tc>
        <ns0:tc>
          <ns0:tcPr>
            <ns0:tcW ns0:w="6860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064A47" ns0:rsidRPr="00746689" ns0:rsidRDefault="00306DCD">
            <ns0:pPr>
              <ns0:spacing ns0:after="0"/>
              <ns0:rPr>
                <ns0:color ns0:val="FF0000"/>
              </ns0:rPr>
            </ns0:pPr>
            <ns0:r ns0:rsidRPr="00746689">
              <ns0:rPr>
                <ns0:color ns0:val="FF0000"/>
                <ns0:sz ns0:val="19"/>
              </ns0:rPr>
              <ns0:t>https://нанесем.рф</ns0:t>
            </ns0:r>
          </ns0:p>
        </ns0:tc>
      </ns0:tr>
    </ns0:tbl>
    <ns0:p ns0:rsidR="00064A47" ns0:rsidRDefault="00064A47">
      <ns0:pPr>
        <ns0:spacing ns0:after="0"/>
      </ns0:pPr>
    </ns0:p>
    <ns0:p ns0:rsidR="00064A47" ns0:rsidRDefault="00306DCD">
      <ns0:pPr>
        <ns0:pStyle ns0:val="21"/>
      </ns0:pPr>
      <ns0:r>
        <ns0:t>2. Перечень персональных данных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2.1. Я даю согласие на</ns0:t>
      </ns0:r>
      <ns0:r ns0:rsidRPr="00746689">
        <ns0:rPr>
          <ns0:lang ns0:val="ru-RU"/>
        </ns0:rPr>
        <ns0:t xml:space="preserve"> обработку следующих данных, которые предоставляю через Сайт или при дальнейшем общении с Оператор</ns0:t>
      </ns0:r>
      <ns0:bookmarkStart ns0:id="0" ns0:name="_GoBack"/>
      <ns0:bookmarkEnd ns0:id="0"/>
      <ns0:r ns0:rsidRPr="00746689">
        <ns0:rPr>
          <ns0:lang ns0:val="ru-RU"/>
        </ns0:rPr>
        <ns0:t>ом:</ns0:t>
      </ns0:r>
    </ns0:p>
    <ns0:p ns0:rsidR="00064A47" ns0:rsidRDefault="00306DCD">
      <ns0:pPr>
        <ns0:pStyle ns0:val="a0"/>
        <ns0:spacing ns0:after="50"/>
        <ns0:ind ns0:left="369" ns0:hanging="142"/>
      </ns0:pPr>
      <ns0:r>
        <ns0:t>фамилия, имя, отчество;</ns0:t>
      </ns0:r>
    </ns0:p>
    <ns0:p ns0:rsidR="00064A47" ns0:rsidRDefault="00306DCD">
      <ns0:pPr>
        <ns0:pStyle ns0:val="a0"/>
        <ns0:spacing ns0:after="50"/>
        <ns0:ind ns0:left="369" ns0:hanging="142"/>
      </ns0:pPr>
      <ns0:r>
        <ns0:t>номер контактного телефона;</ns0:t>
      </ns0:r>
    </ns0:p>
    <ns0:p ns0:rsidR="00064A47" ns0:rsidRDefault="00306DCD">
      <ns0:pPr>
        <ns0:pStyle ns0:val="a0"/>
        <ns0:spacing ns0:after="50"/>
        <ns0:ind ns0:left="369" ns0:hanging="142"/>
      </ns0:pPr>
      <ns0:r>
        <ns0:t>адрес электронной почты;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 xml:space="preserve">ссылка на профиль, имя пользователя или иной идентификатор в социальной сети </ns0:t>
      </ns0:r>
      <ns0:r ns0:rsidRPr="00746689">
        <ns0:rPr>
          <ns0:lang ns0:val="ru-RU"/>
        </ns0:rPr>
        <ns0:t>или мессенджере;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текст обращения, переписки и иные добровольно предоставленные сведения;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загруженные файлы и содержащиеся в них сведения, включая макеты, логотипы, изображения, технические задания, карточки организаций, документы с требованиями к заказу, п</ns0:t>
      </ns0:r>
      <ns0:r ns0:rsidRPr="00746689">
        <ns0:rPr>
          <ns0:lang ns0:val="ru-RU"/>
        </ns0:rPr>
        <ns0:t>еречни имён или надписей и иные материалы, относящиеся к изготовлению или приобретению спецжилетов и спецодежды с нанесением логотипов;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 xml:space="preserve">технические данные: </ns0:t>
      </ns0:r>
      <ns0:r>
        <ns0:t>IP</ns0:t>
      </ns0:r>
      <ns0:r ns0:rsidRPr="00746689">
        <ns0:rPr>
          <ns0:lang ns0:val="ru-RU"/>
        </ns0:rPr>
        <ns0:t xml:space="preserve">-адрес, </ns0:t>
      </ns0:r>
      <ns0:r>
        <ns0:t>cookie</ns0:t>
      </ns0:r>
      <ns0:r ns0:rsidRPr="00746689">
        <ns0:rPr>
          <ns0:lang ns0:val="ru-RU"/>
        </ns0:rPr>
        <ns0:t xml:space="preserve">, дата и время посещения, посещённые страницы, источник перехода, сведения о браузере, операционной системе </ns0:t>
      </ns0:r>
      <ns0:r ns0:rsidRPr="00746689">
        <ns0:rPr>
          <ns0:lang ns0:val="ru-RU"/>
        </ns0:rPr>
        <ns0:t>и устройстве, действия на Сайте и технические ошибки.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2.2. Я обязуюсь не направлять паспортные данные, сведения о здоровье, биометрические данные и иные избыточные либо специальные категории персональных данных без необходимости и предварительного согласов</ns0:t>
      </ns0:r>
      <ns0:r ns0:rsidRPr="00746689">
        <ns0:rPr>
          <ns0:lang ns0:val="ru-RU"/>
        </ns0:rPr>
        <ns0:t>ания с Оператором.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2.3. Если предоставленные мной материалы содержат персональные данные других лиц, я подтверждаю наличие законного основания для их передачи Оператору. Я также подтверждаю наличие необходимых прав на передаваемые макеты, изображения, лого</ns0:t>
      </ns0:r>
      <ns0:r ns0:rsidRPr="00746689">
        <ns0:rPr>
          <ns0:lang ns0:val="ru-RU"/>
        </ns0:rPr>
        <ns0:t>типы, тексты и иные материалы либо принимаю на себя ответственность за их предоставление.</ns0:t>
      </ns0:r>
    </ns0:p>
    <ns0:p ns0:rsidR="00064A47" ns0:rsidRDefault="00306DCD">
      <ns0:pPr>
        <ns0:pStyle ns0:val="21"/>
      </ns0:pPr>
      <ns0:r>
        <ns0:lastRenderedPageBreak/>
        <ns0:t>3. Цели обработки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приём, регистрация и рассмотрение моего обращения;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связь со мной по телефону, электронной почте, через мессенджеры или социальные сети;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предоставление ответа и уточнение параметров предполагаемого заказа;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рассмотрение приложенных файлов и документов;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подготовка расчёта стоимости, коммерческого предложения и информации об изготовлении, продаже и доставке спецжилетов и спецодежды с нанесением логотипов;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 xml:space="preserve">совершение </ns0:t>
      </ns0:r>
      <ns0:r ns0:rsidRPr="00746689">
        <ns0:rPr>
          <ns0:lang ns0:val="ru-RU"/>
        </ns0:rPr>
        <ns0:t>действий по моему запросу до заключения договора, заключение и исполнение договора;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обеспечение работы и безопасности Сайта, сохранение настроек, анализ посещаемости и улучшение функциональности.</ns0:t>
      </ns0:r>
    </ns0:p>
    <ns0:p ns0:rsidR="00064A47" ns0:rsidRPr="00746689" ns0:rsidRDefault="00306DCD">
      <ns0:pPr>
        <ns0:pStyle ns0:val="21"/>
        <ns0:rPr>
          <ns0:lang ns0:val="ru-RU"/>
        </ns0:rPr>
      </ns0:pPr>
      <ns0:r ns0:rsidRPr="00746689">
        <ns0:rPr>
          <ns0:lang ns0:val="ru-RU"/>
        </ns0:rPr>
        <ns0:t>4. Действия и способы обработки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4.1. Я разрешаю сбор, запись</ns0:t>
      </ns0:r>
      <ns0:r ns0:rsidRPr="00746689">
        <ns0:rPr>
          <ns0:lang ns0:val="ru-RU"/>
        </ns0:rPr>
        <ns0:t>, систематизацию, накопление, хранение, уточнение (обновление и изменение), извлечение, использование, передачу в предусмотренных законом случаях, предоставление доступа лицам, действующим по поручению Оператора, обезличивание, блокирование, удаление и уни</ns0:t>
      </ns0:r>
      <ns0:r ns0:rsidRPr="00746689">
        <ns0:rPr>
          <ns0:lang ns0:val="ru-RU"/>
        </ns0:rPr>
        <ns0:t>чтожение персональных данных.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4.2. Обработка может осуществляться автоматизированным способом и без использования средств автоматизации.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4.3. Настоящая часть не является согласием на рекламные сообщения и не является согласием на распространение персональн</ns0:t>
      </ns0:r>
      <ns0:r ns0:rsidRPr="00746689">
        <ns0:rPr>
          <ns0:lang ns0:val="ru-RU"/>
        </ns0:rPr>
        <ns0:t>ых данных неопределённому кругу лиц.</ns0:t>
      </ns0:r>
    </ns0:p>
    <ns0:p ns0:rsidR="00064A47" ns0:rsidRPr="00746689" ns0:rsidRDefault="00306DCD">
      <ns0:pPr>
        <ns0:pStyle ns0:val="21"/>
        <ns0:rPr>
          <ns0:lang ns0:val="ru-RU"/>
        </ns0:rPr>
      </ns0:pPr>
      <ns0:r ns0:rsidRPr="00746689">
        <ns0:rPr>
          <ns0:lang ns0:val="ru-RU"/>
        </ns0:rPr>
        <ns0:t>5. Срок действия и отзыв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 xml:space="preserve">5.1. Согласие действует до достижения целей обработки, но не более 12 месяцев с даты последнего взаимодействия, если договор не заключён и отсутствуют другие законные основания для хранения. </ns0:t>
      </ns0:r>
      <ns0:r ns0:rsidRPr="00746689">
        <ns0:rPr>
          <ns0:lang ns0:val="ru-RU"/>
        </ns0:rPr>
        <ns0:t>Данные, необходимые для договора, бухгалтерского и налогового учёта, хранятся в предусмотренные законом сроки.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5.2. Согласие может быть отозвано путём направления требования по адресу Приморский край, г. Артём, ул. Пархоменко, д. 17 или на электронную почту tvoy-zhilet@mail.ru. Отзыв не влияет на законность обработки, выполненной до его получения.</ns0:t>
      </ns0:r>
      <ns0:r ns0:rsidRPr="00746689">
        <ns0:rPr>
          <ns0:lang ns0:val="ru-RU"/>
        </ns0:rPr>
        <ns0:t xml:space="preserve"/>
      </ns0:r>
      <ns0:r>
        <ns0:t/>
      </ns0:r>
      <ns0:r ns0:rsidRPr="00746689">
        <ns0:rPr>
          <ns0:lang ns0:val="ru-RU"/>
        </ns0:rPr>
        <ns0:t/>
      </ns0:r>
      <ns0:r>
        <ns0:t/>
      </ns0:r>
      <ns0:r ns0:rsidRPr="00746689">
        <ns0:rPr>
          <ns0:lang ns0:val="ru-RU"/>
        </ns0:rPr>
        <ns0:t xml:space="preserve"/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5.3. Я подтверждаю, что ознакомился с Политикой конфиденциальности, понимаю цели, состав данных, действия с ними и порядок отзыва согласия.</ns0:t>
      </ns0:r>
    </ns0:p>
    <ns0:p ns0:rsidR="00064A47" ns0:rsidRPr="00746689" ns0:rsidRDefault="00306DCD">
      <ns0:pPr>
        <ns0:pStyle ns0:val="aa"/>
        <ns0:pageBreakBefore/>
        <ns0:jc ns0:val="center"/>
        <ns0:rPr>
          <ns0:lang ns0:val="ru-RU"/>
        </ns0:rPr>
      </ns0:pPr>
      <ns0:r ns0:rsidRPr="00746689">
        <ns0:rPr>
          <ns0:lang ns0:val="ru-RU"/>
        </ns0:rPr>
        <ns0:lastRenderedPageBreak/>
        <ns0:t xml:space="preserve">ЧАСТЬ </ns0:t>
      </ns0:r>
      <ns0:r>
        <ns0:t>II</ns0:t>
      </ns0:r>
      <ns0:r ns0:rsidRPr="00746689">
        <ns0:rPr>
          <ns0:lang ns0:val="ru-RU"/>
        </ns0:rPr>
        <ns0:t>. СОГЛА</ns0:t>
      </ns0:r>
      <ns0:r ns0:rsidRPr="00746689">
        <ns0:rPr>
          <ns0:lang ns0:val="ru-RU"/>
        </ns0:rPr>
        <ns0:t>СИЕ НА ПОЛУЧЕНИЕ</ns0:t>
      </ns0:r>
      <ns0:r ns0:rsidRPr="00746689">
        <ns0:rPr>
          <ns0:lang ns0:val="ru-RU"/>
        </ns0:rPr>
        <ns0:br/>
        <ns0:t>РЕКЛАМНЫХ И ИНФОРМАЦИОННЫХ СООБЩЕНИЙ</ns0:t>
      </ns0:r>
    </ns0:p>
    <ns0:p ns0:rsidR="00064A47" ns0:rsidRPr="00746689" ns0:rsidRDefault="00306DCD">
      <ns0:pPr>
        <ns0:spacing ns0:after="200"/>
        <ns0:jc ns0:val="center"/>
        <ns0:rPr>
          <ns0:lang ns0:val="ru-RU"/>
        </ns0:rPr>
      </ns0:pPr>
      <ns0:r ns0:rsidRPr="00746689">
        <ns0:rPr>
          <ns0:color ns0:val="6B7280"/>
          <ns0:sz ns0:val="18"/>
          <ns0:lang ns0:val="ru-RU"/>
        </ns0:rPr>
        <ns0:t>Самостоятельное необязательное согласие</ns0:t>
      </ns0:r>
    </ns0:p>
    <ns0:p ns0:rsidR="00064A47" ns0:rsidRPr="00746689" ns0:rsidRDefault="00306DCD">
      <ns0:pPr>
        <ns0:spacing ns0:before="100" ns0:after="100"/>
        <ns0:ind ns0:left="227" ns0:hanging="227"/>
        <ns0:rPr>
          <ns0:lang ns0:val="ru-RU"/>
        </ns0:rPr>
      </ns0:pPr>
      <ns0:r ns0:rsidRPr="00746689">
        <ns0:rPr>
          <ns0:b/>
          <ns0:sz ns0:val="22"/>
          <ns0:lang ns0:val="ru-RU"/>
        </ns0:rPr>
        <ns0:t xml:space="preserve">[ ] </ns0:t>
      </ns0:r>
      <ns0:r ns0:rsidRPr="00746689">
        <ns0:rPr>
          <ns0:b/>
          <ns0:color ns0:val="065F46"/>
          <ns0:lang ns0:val="ru-RU"/>
        </ns0:rPr>
        <ns0:t xml:space="preserve">НЕОБЯЗАТЕЛЬНО: </ns0:t>
      </ns0:r>
      <ns0:r ns0:rsidRPr="00746689">
        <ns0:rPr>
          <ns0:lang ns0:val="ru-RU"/>
        </ns0:rPr>
        <ns0:t>Я согласен получать рекламные и информационные сообщения по выбранным мной каналам.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Настоящим я даю Индивидуальный предприниматель Косик Арсени</ns0:t>
      </ns0:r>
      <ns0:r ns0:rsidRPr="00746689">
        <ns0:rPr>
          <ns0:lang ns0:val="ru-RU"/>
        </ns0:rPr>
        <ns0:t>й Павлович предварительное согласие на направление мне рекламных и информационных сообщений о товарах, изготовлении спецжилетов и спецодежды с нанесением логотипов, ценах, скидках, акциях, новых услугах, специальных предложениях, публикациях, мероприятиях и новостях Оператора.</ns0:t>
      </ns0:r>
    </ns0:p>
    <ns0:p ns0:rsidR="00064A47" ns0:rsidRDefault="00306DCD">
      <ns0:pPr>
        <ns0:pStyle ns0:val="21"/>
      </ns0:pPr>
      <ns0:r>
        <ns0:t>1.</ns0:t>
      </ns0:r>
      <ns0:r>
        <ns0:t xml:space="preserve"> Используемые данные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фамилия, имя, отчество — для персонализации обращения;</ns0:t>
      </ns0:r>
    </ns0:p>
    <ns0:p ns0:rsidR="00064A47" ns0:rsidRDefault="00306DCD">
      <ns0:pPr>
        <ns0:pStyle ns0:val="a0"/>
        <ns0:spacing ns0:after="50"/>
        <ns0:ind ns0:left="369" ns0:hanging="142"/>
      </ns0:pPr>
      <ns0:r>
        <ns0:t>номер телефона;</ns0:t>
      </ns0:r>
    </ns0:p>
    <ns0:p ns0:rsidR="00064A47" ns0:rsidRDefault="00306DCD">
      <ns0:pPr>
        <ns0:pStyle ns0:val="a0"/>
        <ns0:spacing ns0:after="50"/>
        <ns0:ind ns0:left="369" ns0:hanging="142"/>
      </ns0:pPr>
      <ns0:r>
        <ns0:t>адрес электронной почты;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идентификатор, ссылка на профиль или имя пользователя в социальной сети или мессенджере;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 xml:space="preserve">сведения о согласии, выбранных каналах, доставке, </ns0:t>
      </ns0:r>
      <ns0:r ns0:rsidRPr="00746689">
        <ns0:rPr>
          <ns0:lang ns0:val="ru-RU"/>
        </ns0:rPr>
        <ns0:t>открытии сообщений, переходах по ссылкам и отказе от рассылки.</ns0:t>
      </ns0:r>
    </ns0:p>
    <ns0:p ns0:rsidR="00064A47" ns0:rsidRPr="00746689" ns0:rsidRDefault="00306DCD">
      <ns0:pPr>
        <ns0:pStyle ns0:val="21"/>
        <ns0:rPr>
          <ns0:lang ns0:val="ru-RU"/>
        </ns0:rPr>
      </ns0:pPr>
      <ns0:r ns0:rsidRPr="00746689">
        <ns0:rPr>
          <ns0:lang ns0:val="ru-RU"/>
        </ns0:rPr>
        <ns0:t>2. Каналы сообщений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Я разрешаю направлять сообщения только по каналам, которые отдельно выбрал в интерфейсе Сайта:</ns0:t>
      </ns0:r>
    </ns0:p>
    <ns0:p ns0:rsidR="00064A47" ns0:rsidRDefault="00306DCD">
      <ns0:pPr>
        <ns0:pStyle ns0:val="a0"/>
        <ns0:spacing ns0:after="50"/>
        <ns0:ind ns0:left="369" ns0:hanging="142"/>
      </ns0:pPr>
      <ns0:r>
        <ns0:t>[ ] электронная почта;</ns0:t>
      </ns0:r>
    </ns0:p>
    <ns0:p ns0:rsidR="00064A47" ns0:rsidRDefault="00306DCD">
      <ns0:pPr>
        <ns0:pStyle ns0:val="a0"/>
        <ns0:spacing ns0:after="50"/>
        <ns0:ind ns0:left="369" ns0:hanging="142"/>
      </ns0:pPr>
      <ns0:r>
        <ns0:t>[ ] SMS;</ns0:t>
      </ns0:r>
    </ns0:p>
    <ns0:p ns0:rsidR="00064A47" ns0:rsidRDefault="00306DCD">
      <ns0:pPr>
        <ns0:pStyle ns0:val="a0"/>
        <ns0:spacing ns0:after="50"/>
        <ns0:ind ns0:left="369" ns0:hanging="142"/>
      </ns0:pPr>
      <ns0:r>
        <ns0:t>[ ] телефонные вызовы;</ns0:t>
      </ns0:r>
    </ns0:p>
    <ns0:p ns0:rsidR="00064A47" ns0:rsidRDefault="00306DCD">
      <ns0:pPr>
        <ns0:pStyle ns0:val="a0"/>
        <ns0:spacing ns0:after="50"/>
        <ns0:ind ns0:left="369" ns0:hanging="142"/>
      </ns0:pPr>
      <ns0:r>
        <ns0:t>[ ] мессенджеры;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[ ] ли</ns0:t>
      </ns0:r>
      <ns0:r ns0:rsidRPr="00746689">
        <ns0:rPr>
          <ns0:lang ns0:val="ru-RU"/>
        </ns0:rPr>
        <ns0:t>чные сообщения и другие средства коммуникации в социальных сетях.</ns0:t>
      </ns0:r>
    </ns0:p>
    <ns0:p ns0:rsidR="00064A47" ns0:rsidRPr="00746689" ns0:rsidRDefault="00306DCD">
      <ns0:pPr>
        <ns0:pStyle ns0:val="21"/>
        <ns0:rPr>
          <ns0:lang ns0:val="ru-RU"/>
        </ns0:rPr>
      </ns0:pPr>
      <ns0:r ns0:rsidRPr="00746689">
        <ns0:rPr>
          <ns0:lang ns0:val="ru-RU"/>
        </ns0:rPr>
        <ns0:t>3. Обработка для рассылки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Я разрешаю сбор, запись, систематизацию, накопление, хранение, уточнение, извлечение, использование, передачу сервисам связи и рассылок по поручению Оператора, блок</ns0:t>
      </ns0:r>
      <ns0:r ns0:rsidRPr="00746689">
        <ns0:rPr>
          <ns0:lang ns0:val="ru-RU"/>
        </ns0:rPr>
        <ns0:t>ирование, удаление и уничтожение указанных данных в целях подготовки, направления и учёта рекламных и информационных сообщений.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 xml:space="preserve">Оператор вправе использовать услуги операторов связи, почтовых сервисов, </ns0:t>
      </ns0:r>
      <ns0:r>
        <ns0:t>CRM</ns0:t>
      </ns0:r>
      <ns0:r ns0:rsidRPr="00746689">
        <ns0:rPr>
          <ns0:lang ns0:val="ru-RU"/>
        </ns0:rPr>
        <ns0:t xml:space="preserve"> и платформ рассылок при условии договорного огранич</ns0:t>
      </ns0:r>
      <ns0:r ns0:rsidRPr="00746689">
        <ns0:rPr>
          <ns0:lang ns0:val="ru-RU"/>
        </ns0:rPr>
        <ns0:t>ения целей обработки и соблюдения конфиденциальности.</ns0:t>
      </ns0:r>
    </ns0:p>
    <ns0:p ns0:rsidR="00064A47" ns0:rsidRPr="00746689" ns0:rsidRDefault="00306DCD">
      <ns0:pPr>
        <ns0:pStyle ns0:val="21"/>
        <ns0:rPr>
          <ns0:lang ns0:val="ru-RU"/>
        </ns0:rPr>
      </ns0:pPr>
      <ns0:r ns0:rsidRPr="00746689">
        <ns0:rPr>
          <ns0:lang ns0:val="ru-RU"/>
        </ns0:rPr>
        <ns0:t>4. Срок и отказ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Согласие действует до его отзыва, но не более 3 лет с даты последнего подтверждённого взаимодействия со мной.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Я вправе в любой момент отказаться от рекламы по ссылке или команде в сообщении, сообщить об отказе при телефонном разговоре, а также направить требование по адресу Приморский край, г. Артём, ул. Пархоменко, д. 17 или на tvoy-zhilet@mail.ru. После получения требования Оператор прекращает рекламные сообщения по соответствующему каналу.</ns0:t>
      </ns0:r>
      <ns0:r ns0:rsidRPr="00746689">
        <ns0:rPr>
          <ns0:lang ns0:val="ru-RU"/>
        </ns0:rPr>
        <ns0:t xml:space="preserve"/>
      </ns0:r>
      <ns0:r>
        <ns0:t/>
      </ns0:r>
      <ns0:r ns0:rsidRPr="00746689">
        <ns0:rPr>
          <ns0:lang ns0:val="ru-RU"/>
        </ns0:rPr>
        <ns0:t/>
      </ns0:r>
      <ns0:r>
        <ns0:t/>
      </ns0:r>
      <ns0:r ns0:rsidRPr="00746689">
        <ns0:rPr>
          <ns0:lang ns0:val="ru-RU"/>
        </ns0:rPr>
        <ns0:t xml:space="preserve"/>
      </ns0:r>
      <ns0:r ns0:rsidRPr="00746689">
        <ns0:rPr>
          <ns0:lang ns0:val="ru-RU"/>
        </ns0:rPr>
        <ns0:t/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Я понимаю, что отказ от рекламной рассылки не прекращает обработку данных, необходимую для ответа на моё обращение, заключения или исполнения договора.</ns0:t>
      </ns0:r>
    </ns0:p>
    <ns0:p ns0:rsidR="00064A47" ns0:rsidRPr="00746689" ns0:rsidRDefault="00306DCD">
      <ns0:pPr>
        <ns0:pStyle ns0:val="aa"/>
        <ns0:pageBreakBefore/>
        <ns0:jc ns0:val="center"/>
        <ns0:rPr>
          <ns0:lang ns0:val="ru-RU"/>
        </ns0:rPr>
      </ns0:pPr>
      <ns0:r ns0:rsidRPr="00746689">
        <ns0:rPr>
          <ns0:lang ns0:val="ru-RU"/>
        </ns0:rPr>
        <ns0:lastRenderedPageBreak/>
        <ns0:t xml:space="preserve">ЧАСТЬ </ns0:t>
      </ns0:r>
      <ns0:r>
        <ns0:t>III</ns0:t>
      </ns0:r>
      <ns0:r ns0:rsidRPr="00746689">
        <ns0:rPr>
          <ns0:lang ns0:val="ru-RU"/>
        </ns0:rPr>
        <ns0:t>. СОГЛАСИЕ НА ОБРАБОТКУ ПЕРСОНАЛЬНЫХ ДАННЫХ,</ns0:t>
      </ns0:r>
      <ns0:r ns0:rsidRPr="00746689">
        <ns0:rPr>
          <ns0:lang ns0:val="ru-RU"/>
        </ns0:rPr>
        <ns0:br/>
        <ns0:t>РАЗРЕШЁННЫХ ДЛЯ РАСПРОСТРАНЕНИЯ</ns0:t>
      </ns0:r>
    </ns0:p>
    <ns0:p ns0:rsidR="00064A47" ns0:rsidRPr="00746689" ns0:rsidRDefault="00306DCD">
      <ns0:pPr>
        <ns0:spacing ns0:after="200"/>
        <ns0:jc ns0:val="center"/>
        <ns0:rPr>
          <ns0:lang ns0:val="ru-RU"/>
        </ns0:rPr>
      </ns0:pPr>
      <ns0:r ns0:rsidRPr="00746689">
        <ns0:rPr>
          <ns0:color ns0:val="6B7280"/>
          <ns0:sz ns0:val="18"/>
          <ns0:lang ns0:val="ru-RU"/>
        </ns0:rPr>
        <ns0:t>Самост</ns0:t>
      </ns0:r>
      <ns0:r ns0:rsidRPr="00746689">
        <ns0:rPr>
          <ns0:color ns0:val="6B7280"/>
          <ns0:sz ns0:val="18"/>
          <ns0:lang ns0:val="ru-RU"/>
        </ns0:rPr>
        <ns0:t>оятельное необязательное согласие по статье 10.1 Федерального закона № 152-ФЗ</ns0:t>
      </ns0:r>
    </ns0:p>
    <ns0:p ns0:rsidR="00064A47" ns0:rsidRPr="00746689" ns0:rsidRDefault="00306DCD">
      <ns0:pPr>
        <ns0:spacing ns0:before="100" ns0:after="100"/>
        <ns0:ind ns0:left="227" ns0:hanging="227"/>
        <ns0:rPr>
          <ns0:lang ns0:val="ru-RU"/>
        </ns0:rPr>
      </ns0:pPr>
      <ns0:r ns0:rsidRPr="00746689">
        <ns0:rPr>
          <ns0:b/>
          <ns0:sz ns0:val="22"/>
          <ns0:lang ns0:val="ru-RU"/>
        </ns0:rPr>
        <ns0:t xml:space="preserve">[ ] </ns0:t>
      </ns0:r>
      <ns0:r ns0:rsidRPr="00746689">
        <ns0:rPr>
          <ns0:b/>
          <ns0:color ns0:val="065F46"/>
          <ns0:lang ns0:val="ru-RU"/>
        </ns0:rPr>
        <ns0:t xml:space="preserve">НЕОБЯЗАТЕЛЬНО: </ns0:t>
      </ns0:r>
      <ns0:r ns0:rsidRPr="00746689">
        <ns0:rPr>
          <ns0:lang ns0:val="ru-RU"/>
        </ns0:rPr>
        <ns0:t>Я разрешаю распространение только отмеченных мной данных и материалов на перечисленных ниже ресурсах и в презентациях.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Настоящим я отдельно и явно разрешаю Опе</ns0:t>
      </ns0:r>
      <ns0:r ns0:rsidRPr="00746689">
        <ns0:rPr>
          <ns0:lang ns0:val="ru-RU"/>
        </ns0:rPr>
        <ns0:t>ратору распространять указанные ниже персональные данные и материалы с учётом выбранных мной условий и запретов.</ns0:t>
      </ns0:r>
    </ns0:p>
    <ns0:p ns0:rsidR="00064A47" ns0:rsidRDefault="00306DCD">
      <ns0:pPr>
        <ns0:pStyle ns0:val="21"/>
      </ns0:pPr>
      <ns0:r>
        <ns0:t>1. Сведения о субъекте и Операторе</ns0:t>
      </ns0:r>
    </ns0:p>
    <ns0:tbl>
      <ns0:tblPr>
        <ns0:tblW ns0:w="0" ns0:type="auto"/>
        <ns0:jc ns0:val="center"/>
        <ns0:tblLook ns0:val="04A0" ns0:firstRow="1" ns0:lastRow="0" ns0:firstColumn="1" ns0:lastColumn="0" ns0:noHBand="0" ns0:noVBand="1"/>
      </ns0:tblPr>
      <ns0:tblGrid>
        <ns0:gridCol ns0:w="4986"/>
        <ns0:gridCol ns0:w="4986"/>
      </ns0:tblGrid>
      <ns0:tr ns0:rsidR="00064A47">
        <ns0:trPr>
          <ns0:jc ns0:val="center"/>
        </ns0:trPr>
        <ns0:tc>
          <ns0:tcPr>
            <ns0:tcW ns0:w="4986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</ns0:tcPr>
          <ns0:p ns0:rsidR="00064A47" ns0:rsidRDefault="00306DCD">
            <ns0:r>
              <ns0:rPr>
                <ns0:b/>
              </ns0:rPr>
              <ns0:t>ФИО субъекта</ns0:t>
            </ns0:r>
          </ns0:p>
        </ns0:tc>
        <ns0:tc>
          <ns0:tcPr>
            <ns0:tcW ns0:w="4986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</ns0:tcPr>
          <ns0:p ns0:rsidR="00064A47" ns0:rsidRDefault="00306DCD">
            <ns0:r>
              <ns0:t>[ПОДСТАВЛЯЕТСЯ ИЗ ФОРМЫ]</ns0:t>
            </ns0:r>
          </ns0:p>
        </ns0:tc>
      </ns0:tr>
      <ns0:tr ns0:rsidR="00064A47" ns0:rsidRPr="00746689">
        <ns0:trPr>
          <ns0:jc ns0:val="center"/>
        </ns0:trPr>
        <ns0:tc>
          <ns0:tcPr>
            <ns0:tcW ns0:w="4986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</ns0:tcPr>
          <ns0:p ns0:rsidR="00064A47" ns0:rsidRDefault="00306DCD">
            <ns0:r>
              <ns0:rPr>
                <ns0:b/>
              </ns0:rPr>
              <ns0:t>Контакт субъекта</ns0:t>
            </ns0:r>
          </ns0:p>
        </ns0:tc>
        <ns0:tc>
          <ns0:tcPr>
            <ns0:tcW ns0:w="4986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</ns0:tcPr>
          <ns0:p ns0:rsidR="00064A47" ns0:rsidRPr="00746689" ns0:rsidRDefault="00306DCD">
            <ns0:pPr>
              <ns0:rPr>
                <ns0:lang ns0:val="ru-RU"/>
              </ns0:rPr>
            </ns0:pPr>
            <ns0:r ns0:rsidRPr="00746689">
              <ns0:rPr>
                <ns0:lang ns0:val="ru-RU"/>
              </ns0:rPr>
              <ns0:t xml:space="preserve">[ТЕЛЕФОН И/ИЛИ </ns0:t>
            </ns0:r>
            <ns0:r>
              <ns0:t>E</ns0:t>
            </ns0:r>
            <ns0:r ns0:rsidRPr="00746689">
              <ns0:rPr>
                <ns0:lang ns0:val="ru-RU"/>
              </ns0:rPr>
              <ns0:t>-</ns0:t>
            </ns0:r>
            <ns0:r>
              <ns0:t>MAIL</ns0:t>
            </ns0:r>
            <ns0:r ns0:rsidRPr="00746689">
              <ns0:rPr>
                <ns0:lang ns0:val="ru-RU"/>
              </ns0:rPr>
              <ns0:t xml:space="preserve"> ИЗ ФОРМЫ]</ns0:t>
            </ns0:r>
          </ns0:p>
        </ns0:tc>
      </ns0:tr>
      <ns0:tr ns0:rsidR="00064A47" ns0:rsidRPr="00746689">
        <ns0:trPr>
          <ns0:jc ns0:val="center"/>
        </ns0:trPr>
        <ns0:tc>
          <ns0:tcPr>
            <ns0:tcW ns0:w="4986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</ns0:tcPr>
          <ns0:p ns0:rsidR="00064A47" ns0:rsidRDefault="00306DCD">
            <ns0:r>
              <ns0:rPr>
                <ns0:b/>
              </ns0:rPr>
              <ns0:t>Оператор</ns0:t>
            </ns0:r>
          </ns0:p>
        </ns0:tc>
        <ns0:tc>
          <ns0:tcPr>
            <ns0:tcW ns0:w="4986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</ns0:tcPr>
          <ns0:p ns0:rsidR="00064A47" ns0:rsidRPr="00746689" ns0:rsidRDefault="00306DCD">
            <ns0:pPr>
              <ns0:rPr>
                <ns0:lang ns0:val="ru-RU"/>
              </ns0:rPr>
            </ns0:pPr>
            <ns0:r ns0:rsidRPr="00746689">
              <ns0:rPr>
                <ns0:lang ns0:val="ru-RU"/>
              </ns0:rPr>
              <ns0:t>Индивидуальный предприниматель Косик Арсений Павлович</ns0:t>
            </ns0:r>
          </ns0:p>
        </ns0:tc>
      </ns0:tr>
      <ns0:tr ns0:rsidR="00064A47">
        <ns0:trPr>
          <ns0:jc ns0:val="center"/>
        </ns0:trPr>
        <ns0:tc>
          <ns0:tcPr>
            <ns0:tcW ns0:w="4986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</ns0:tcPr>
          <ns0:p ns0:rsidR="00064A47" ns0:rsidRDefault="00306DCD">
            <ns0:r>
              <ns0:rPr>
                <ns0:b/>
              </ns0:rPr>
              <ns0:t>ИНН / ОГРНИП</ns0:t>
            </ns0:r>
          </ns0:p>
        </ns0:tc>
        <ns0:tc>
          <ns0:tcPr>
            <ns0:tcW ns0:w="4986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</ns0:tcPr>
          <ns0:p ns0:rsidR="00064A47" ns0:rsidRDefault="00306DCD">
            <ns0:r>
              <ns0:t>250502905307 / 323253600067873</ns0:t>
            </ns0:r>
          </ns0:p>
        </ns0:tc>
      </ns0:tr>
      <ns0:tr ns0:rsidR="00064A47">
        <ns0:trPr>
          <ns0:jc ns0:val="center"/>
        </ns0:trPr>
        <ns0:tc>
          <ns0:tcPr>
            <ns0:tcW ns0:w="4986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</ns0:tcPr>
          <ns0:p ns0:rsidR="00064A47" ns0:rsidRDefault="00306DCD">
            <ns0:r>
              <ns0:rPr>
                <ns0:b/>
              </ns0:rPr>
              <ns0:t>Адрес Оператора</ns0:t>
            </ns0:r>
          </ns0:p>
        </ns0:tc>
        <ns0:tc>
          <ns0:tcPr>
            <ns0:tcW ns0:w="4986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</ns0:tcPr>
          <ns0:p ns0:rsidR="00064A47" ns0:rsidRDefault="00306DCD">
            <ns0:r ns0:rsidRPr="00746689">
              <ns0:rPr>
                <ns0:lang ns0:val="ru-RU"/>
              </ns0:rPr>
              <ns0:t xml:space="preserve">Приморский край, г. Артём, ул. </ns0:t>
            </ns0:r>
            <ns0:r>
              <ns0:t>Пархоменко, д. 17</ns0:t>
            </ns0:r>
          </ns0:p>
        </ns0:tc>
      </ns0:tr>
    </ns0:tbl>
    <ns0:p ns0:rsidR="00064A47" ns0:rsidRDefault="00064A47"/>
    <ns0:p ns0:rsidR="00064A47" ns0:rsidRDefault="00306DCD">
      <ns0:pPr>
        <ns0:pStyle ns0:val="21"/>
      </ns0:pPr>
      <ns0:r>
        <ns0:t>2. Цели распространения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 xml:space="preserve">демонстрация изготовленных изделий, выполненных заказов и </ns0:t>
      </ns0:r>
      <ns0:r ns0:rsidRPr="00746689">
        <ns0:rPr>
          <ns0:lang ns0:val="ru-RU"/>
        </ns0:rPr>
        <ns0:t>примеров нанесения;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формирование портфолио, кейсов и отзывов;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продвижение товаров и услуг Оператора;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использование материалов в электронных и печатных презентациях, каталогах, коммерческих предложениях, публикациях и на выставочных стендах.</ns0:t>
      </ns0:r>
    </ns0:p>
    <ns0:p ns0:rsidR="00064A47" ns0:rsidRPr="00746689" ns0:rsidRDefault="00306DCD">
      <ns0:pPr>
        <ns0:pStyle ns0:val="21"/>
        <ns0:rPr>
          <ns0:lang ns0:val="ru-RU"/>
        </ns0:rPr>
      </ns0:pPr>
      <ns0:r ns0:rsidRPr="00746689">
        <ns0:rPr>
          <ns0:lang ns0:val="ru-RU"/>
        </ns0:rPr>
        <ns0:t>3. Данные, кото</ns0:t>
      </ns0:r>
      <ns0:r ns0:rsidRPr="00746689">
        <ns0:rPr>
          <ns0:lang ns0:val="ru-RU"/>
        </ns0:rPr>
        <ns0:t>рые разрешается распространять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Я самостоятельно отмечаю категории, разрешённые для распространения:</ns0:t>
      </ns0:r>
    </ns0:p>
    <ns0:p ns0:rsidR="00064A47" ns0:rsidRDefault="00306DCD">
      <ns0:pPr>
        <ns0:pStyle ns0:val="a0"/>
        <ns0:spacing ns0:after="50"/>
        <ns0:ind ns0:left="369" ns0:hanging="142"/>
      </ns0:pPr>
      <ns0:r>
        <ns0:t>[ ] фамилия, имя, отчество полностью;</ns0:t>
      </ns0:r>
    </ns0:p>
    <ns0:p ns0:rsidR="00064A47" ns0:rsidRDefault="00306DCD">
      <ns0:pPr>
        <ns0:pStyle ns0:val="a0"/>
        <ns0:spacing ns0:after="50"/>
        <ns0:ind ns0:left="369" ns0:hanging="142"/>
      </ns0:pPr>
      <ns0:r>
        <ns0:t>[ ] только имя;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[ ] наименование представляемой мной организации и должность, если я вправе их сообщить;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[ ] ссылка на</ns0:t>
      </ns0:r>
      <ns0:r ns0:rsidRPr="00746689">
        <ns0:rPr>
          <ns0:lang ns0:val="ru-RU"/>
        </ns0:rPr>
        <ns0:t xml:space="preserve"> профиль, имя пользователя или отметка профиля в социальной сети;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[ ] текст моего отзыва или комментария;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[ ] изображение, макет, логотип, фотография изделия, техническое задание или иной конкретно выбранный мной файл;</ns0:t>
      </ns0:r>
    </ns0:p>
    <ns0:p ns0:rsidR="00064A47" ns0:rsidRDefault="00306DCD">
      <ns0:pPr>
        <ns0:pStyle ns0:val="a0"/>
        <ns0:spacing ns0:after="50"/>
        <ns0:ind ns0:left="369" ns0:hanging="142"/>
      </ns0:pPr>
      <ns0:r>
        <ns0:t>[ ] иные данные или материалы: ______</ns0:t>
      </ns0:r>
      <ns0:r>
        <ns0:t>__________________________________________.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 xml:space="preserve">По умолчанию запрещено распространять: номер телефона, адрес электронной почты, адрес проживания, </ns0:t>
      </ns0:r>
      <ns0:r>
        <ns0:t>cookie</ns0:t>
      </ns0:r>
      <ns0:r ns0:rsidRPr="00746689">
        <ns0:rPr>
          <ns0:lang ns0:val="ru-RU"/>
        </ns0:rPr>
        <ns0:t xml:space="preserve">, </ns0:t>
      </ns0:r>
      <ns0:r>
        <ns0:t>IP</ns0:t>
      </ns0:r>
      <ns0:r ns0:rsidRPr="00746689">
        <ns0:rPr>
          <ns0:lang ns0:val="ru-RU"/>
        </ns0:rPr>
        <ns0:t>-адрес, сведения об устройстве, переписку, договорные и платёжные данные, а также персональные данные тр</ns0:t>
      </ns0:r>
      <ns0:r ns0:rsidRPr="00746689">
        <ns0:rPr>
          <ns0:lang ns0:val="ru-RU"/>
        </ns0:rPr>
        <ns0:t>етьих лиц. Их распространение возможно только при отдельном прямом и конкретном указании субъекта, которое не рекомендуется использовать для обычного портфолио.</ns0:t>
      </ns0:r>
    </ns0:p>
    <ns0:p ns0:rsidR="00064A47" ns0:rsidRPr="00746689" ns0:rsidRDefault="00306DCD">
      <ns0:pPr>
        <ns0:pStyle ns0:val="21"/>
        <ns0:rPr>
          <ns0:lang ns0:val="ru-RU"/>
        </ns0:rPr>
      </ns0:pPr>
      <ns0:r ns0:rsidRPr="00746689">
        <ns0:rPr>
          <ns0:lang ns0:val="ru-RU"/>
        </ns0:rPr>
        <ns0:lastRenderedPageBreak/>
        <ns0:t>4. Информационные ресурсы и формы распространения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Разрешение распространяется только на следующ</ns0:t>
      </ns0:r>
      <ns0:r ns0:rsidRPr="00746689">
        <ns0:rPr>
          <ns0:lang ns0:val="ru-RU"/>
        </ns0:rPr>
        <ns0:t>ие ресурсы и материалы:</ns0:t>
      </ns0:r>
    </ns0:p>
    <ns0:p ns0:rsidR="00064A47" ns0:rsidRDefault="00306DCD">
      <ns0:pPr>
        <ns0:pStyle ns0:val="a0"/>
        <ns0:spacing ns0:after="50"/>
        <ns0:ind ns0:left="369" ns0:hanging="142"/>
      </ns0:pPr>
      <ns0:r>
        <ns0:t>Сайт: https://нанесем.рф;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официальные страницы Оператора в социальных сетях: [УКАЗАТЬ ТОЧНЫЕ ССЫЛКИ НА ОФИЦИАЛЬНЫЕ СТРАНИЦЫ ОПЕРАТОРА В СОЦИАЛЬНЫХ СЕТЯХ];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 xml:space="preserve">иные сайты Оператора: [УКАЗАТЬ ТОЧНЫЕ </ns0:t>
      </ns0:r>
      <ns0:r>
        <ns0:t>URL</ns0:t>
      </ns0:r>
      <ns0:r ns0:rsidRPr="00746689">
        <ns0:rPr>
          <ns0:lang ns0:val="ru-RU"/>
        </ns0:rPr>
        <ns0:t xml:space="preserve"> ИЛИ УДАЛИТЬ ЭТОТ ПУНКТ];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электр</ns0:t>
      </ns0:r>
      <ns0:r ns0:rsidRPr="00746689">
        <ns0:rPr>
          <ns0:lang ns0:val="ru-RU"/>
        </ns0:rPr>
        <ns0:t>онные и печатные презентации Оператора;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каталоги, коммерческие предложения, кейсы, портфолио, рекламно-информационные публикации и выставочные материалы Оператора.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Оператор не вправе передавать опубликованные данные другим лицам для их самостоятельных рекл</ns0:t>
      </ns0:r>
      <ns0:r ns0:rsidRPr="00746689">
        <ns0:rPr>
          <ns0:lang ns0:val="ru-RU"/>
        </ns0:rPr>
        <ns0:t>амных баз или иных собственных целей, кроме случаев, установленных законом. Неограниченный круг лиц получает доступ к данным только посредством перечисленных ресурсов и материалов.</ns0:t>
      </ns0:r>
    </ns0:p>
    <ns0:p ns0:rsidR="00064A47" ns0:rsidRDefault="00306DCD">
      <ns0:pPr>
        <ns0:pStyle ns0:val="21"/>
      </ns0:pPr>
      <ns0:r>
        <ns0:t>5. Условия и запреты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[ ] разрешаю копирование и цитирование опубликованного</ns0:t>
      </ns0:r>
      <ns0:r ns0:rsidRPr="00746689">
        <ns0:rPr>
          <ns0:lang ns0:val="ru-RU"/>
        </ns0:rPr>
        <ns0:t xml:space="preserve"> материала третьими лицами с указанием источника;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[ ] запрещаю дальнейшее распространение опубликованных данных третьими лицами;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[ ] разрешаю обработку только без изменения смысла моего отзыва и без искажения изображения;</ns0:t>
      </ns0:r>
    </ns0:p>
    <ns0:p ns0:rsidR="00064A47" ns0:rsidRPr="00746689" ns0:rsidRDefault="00306DCD">
      <ns0:pPr>
        <ns0:pStyle ns0:val="a0"/>
        <ns0:spacing ns0:after="50"/>
        <ns0:ind ns0:left="369" ns0:hanging="142"/>
        <ns0:rPr>
          <ns0:lang ns0:val="ru-RU"/>
        </ns0:rPr>
      </ns0:pPr>
      <ns0:r ns0:rsidRPr="00746689">
        <ns0:rPr>
          <ns0:lang ns0:val="ru-RU"/>
        </ns0:rPr>
        <ns0:t>[ ] разрешаю обрезку, изменение ра</ns0:t>
      </ns0:r>
      <ns0:r ns0:rsidRPr="00746689">
        <ns0:rPr>
          <ns0:lang ns0:val="ru-RU"/>
        </ns0:rPr>
        <ns0:t>змера и техническую цветокоррекцию изображений без изменения их содержания;</ns0:t>
      </ns0:r>
    </ns0:p>
    <ns0:p ns0:rsidR="00064A47" ns0:rsidRDefault="00306DCD">
      <ns0:pPr>
        <ns0:pStyle ns0:val="a0"/>
        <ns0:spacing ns0:after="50"/>
        <ns0:ind ns0:left="369" ns0:hanging="142"/>
      </ns0:pPr>
      <ns0:r>
        <ns0:t>[ ] дополнительные условия или запреты: _______________________________________.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Если Пользователь не отметил конкретную категорию данных или условие, соответствующие данные не счи</ns0:t>
      </ns0:r>
      <ns0:r ns0:rsidRPr="00746689">
        <ns0:rPr>
          <ns0:lang ns0:val="ru-RU"/>
        </ns0:rPr>
        <ns0:t>таются разрешёнными для распространения.</ns0:t>
      </ns0:r>
    </ns0:p>
    <ns0:p ns0:rsidR="00064A47" ns0:rsidRPr="00746689" ns0:rsidRDefault="00306DCD">
      <ns0:pPr>
        <ns0:pStyle ns0:val="21"/>
        <ns0:rPr>
          <ns0:lang ns0:val="ru-RU"/>
        </ns0:rPr>
      </ns0:pPr>
      <ns0:r ns0:rsidRPr="00746689">
        <ns0:rPr>
          <ns0:lang ns0:val="ru-RU"/>
        </ns0:rPr>
        <ns0:t>6. Действия с данными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 xml:space="preserve">В целях распространения я разрешаю сбор, запись, систематизацию, накопление, хранение, уточнение, извлечение, использование, воспроизведение, размещение, предоставление доступа неопределённому </ns0:t>
      </ns0:r>
      <ns0:r ns0:rsidRPr="00746689">
        <ns0:rPr>
          <ns0:lang ns0:val="ru-RU"/>
        </ns0:rPr>
        <ns0:t>кругу лиц, распространение на перечисленных ресурсах и в материалах, а также блокирование, удаление и уничтожение.</ns0:t>
      </ns0:r>
    </ns0:p>
    <ns0:p ns0:rsidR="00064A47" ns0:rsidRPr="00746689" ns0:rsidRDefault="00306DCD">
      <ns0:pPr>
        <ns0:pStyle ns0:val="21"/>
        <ns0:rPr>
          <ns0:lang ns0:val="ru-RU"/>
        </ns0:rPr>
      </ns0:pPr>
      <ns0:r ns0:rsidRPr="00746689">
        <ns0:rPr>
          <ns0:lang ns0:val="ru-RU"/>
        </ns0:rPr>
        <ns0:t>7. Срок действия и прекращение распространения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Согласие действует 3 года с даты его предоставления либо до момента получения Оператором требо</ns0:t>
      </ns0:r>
      <ns0:r ns0:rsidRPr="00746689">
        <ns0:rPr>
          <ns0:lang ns0:val="ru-RU"/>
        </ns0:rPr>
        <ns0:t>вания о прекращении распространения — в зависимости от того, что наступит раньше.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 xml:space="preserve">Требование направляется по адресу Приморский край, г. Артём, ул. Пархоменко, д. 17 или на электронную почту tvoy-zhilet@mail.ru и должно содержать ФИО, контактные сведения и перечень данных, распространение которых необходимо прекратить.</ns0:t>
      </ns0:r>
      <ns0:r>
        <ns0:t/>
      </ns0:r>
      <ns0:r ns0:rsidRPr="00746689">
        <ns0:rPr>
          <ns0:lang ns0:val="ru-RU"/>
        </ns0:rPr>
        <ns0:t/>
      </ns0:r>
      <ns0:r>
        <ns0:t/>
      </ns0:r>
      <ns0:r ns0:rsidRPr="00746689">
        <ns0:rPr>
          <ns0:lang ns0:val="ru-RU"/>
        </ns0:rPr>
        <ns0:t xml:space="preserve"/>
      </ns0:r>
      <ns0:r ns0:rsidRPr="00746689">
        <ns0:rPr>
          <ns0:lang ns0:val="ru-RU"/>
        </ns0:rPr>
        <ns0:t/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С момента получения требования Оператор прекращает дальнейшее распространение и удаляет данные с подконтрольных ему ресурсов. Материалы не включаются в новые тиражи и презентации. О</ns0:t>
      </ns0:r>
      <ns0:r ns0:rsidRPr="00746689">
        <ns0:rPr>
          <ns0:lang ns0:val="ru-RU"/>
        </ns0:rPr>
        <ns0:t>тзыв не позволяет Оператору продолжать собственное распространение, но не гарантирует удаление копий, ранее законно сохранённых третьими лицами из открытых источников.</ns0:t>
      </ns0:r>
    </ns0:p>
    <ns0:p ns0:rsidR="00064A47" ns0:rsidRPr="00746689" ns0:rsidRDefault="00306DCD">
      <ns0:pPr>
        <ns0:pStyle ns0:val="21"/>
        <ns0:rPr>
          <ns0:lang ns0:val="ru-RU"/>
        </ns0:rPr>
      </ns0:pPr>
      <ns0:r ns0:rsidRPr="00746689">
        <ns0:rPr>
          <ns0:lang ns0:val="ru-RU"/>
        </ns0:rPr>
        <ns0:t>8. Подтверждение</ns0:t>
      </ns0:r>
    </ns0:p>
    <ns0:p ns0:rsidR="00064A47" ns0:rsidRPr="00746689" ns0:rsidRDefault="00306DCD">
      <ns0:pPr>
        <ns0:rPr>
          <ns0:lang ns0:val="ru-RU"/>
        </ns0:rPr>
      </ns0:pPr>
      <ns0:r ns0:rsidRPr="00746689">
        <ns0:rPr>
          <ns0:lang ns0:val="ru-RU"/>
        </ns0:rPr>
        <ns0:t>Я подтверждаю, что понимаю публичный характер распространения и самосто</ns0:t>
      </ns0:r>
      <ns0:r ns0:rsidRPr="00746689">
        <ns0:rPr>
          <ns0:lang ns0:val="ru-RU"/>
        </ns0:rPr>
        <ns0:t>ятельно выбрал категории данных, ресурсы, условия и запреты. Молчание, бездействие или заранее установленная галочка не считаются согласием.</ns0:t>
      </ns0:r>
    </ns0:p>
    <ns0:p ns0:rsidR="00064A47" ns0:rsidRPr="00746689" ns0:rsidRDefault="00306DCD">
      <ns0:pPr>
        <ns0:pStyle ns0:val="1"/>
        <ns0:pageBreakBefore/>
        <ns0:rPr>
          <ns0:lang ns0:val="ru-RU"/>
        </ns0:rPr>
      </ns0:pPr>
      <ns0:r ns0:rsidRPr="00746689">
        <ns0:rPr>
          <ns0:lang ns0:val="ru-RU"/>
        </ns0:rPr>
        <ns0:lastRenderedPageBreak/>
        <ns0:t>Техническая памятка для размещения на Сайте</ns0:t>
      </ns0:r>
    </ns0:p>
    <ns0:p ns0:rsidR="00064A47" ns0:rsidRPr="00746689" ns0:rsidRDefault="00306DCD">
      <ns0:pPr>
        <ns0:pStyle ns0:val="LegalNote"/>
        <ns0:rPr>
          <ns0:lang ns0:val="ru-RU"/>
        </ns0:rPr>
      </ns0:pPr>
      <ns0:r ns0:rsidRPr="00746689">
        <ns0:rPr>
          <ns0:lang ns0:val="ru-RU"/>
        </ns0:rPr>
        <ns0:t>Этот раздел предназначен владельцу Сайта и не должен подменять тексты с</ns0:t>
      </ns0:r>
      <ns0:r ns0:rsidRPr="00746689">
        <ns0:rPr>
          <ns0:lang ns0:val="ru-RU"/>
        </ns0:rPr>
        <ns0:t>огласий.</ns0:t>
      </ns0:r>
    </ns0:p>
    <ns0:p ns0:rsidR="00064A47" ns0:rsidRPr="00746689" ns0:rsidRDefault="00306DCD">
      <ns0:pPr>
        <ns0:pStyle ns0:val="a"/>
        <ns0:spacing ns0:after="60"/>
        <ns0:ind ns0:left="397" ns0:hanging="198"/>
        <ns0:rPr>
          <ns0:lang ns0:val="ru-RU"/>
        </ns0:rPr>
      </ns0:pPr>
      <ns0:r ns0:rsidRPr="00746689">
        <ns0:rPr>
          <ns0:lang ns0:val="ru-RU"/>
        </ns0:rPr>
        <ns0:t xml:space="preserve">Разместить три отдельные, заранее не отмеченные галочки: обязательную для Части </ns0:t>
      </ns0:r>
      <ns0:r>
        <ns0:t>I</ns0:t>
      </ns0:r>
      <ns0:r ns0:rsidRPr="00746689">
        <ns0:rPr>
          <ns0:lang ns0:val="ru-RU"/>
        </ns0:rPr>
        <ns0:t xml:space="preserve"> и две необязательные для Частей </ns0:t>
      </ns0:r>
      <ns0:r>
        <ns0:t>II</ns0:t>
      </ns0:r>
      <ns0:r ns0:rsidRPr="00746689">
        <ns0:rPr>
          <ns0:lang ns0:val="ru-RU"/>
        </ns0:rPr>
        <ns0:t xml:space="preserve"> и </ns0:t>
      </ns0:r>
      <ns0:r>
        <ns0:t>III</ns0:t>
      </ns0:r>
      <ns0:r ns0:rsidRPr="00746689">
        <ns0:rPr>
          <ns0:lang ns0:val="ru-RU"/>
        </ns0:rPr>
        <ns0:t>.</ns0:t>
      </ns0:r>
    </ns0:p>
    <ns0:p ns0:rsidR="00064A47" ns0:rsidRPr="00746689" ns0:rsidRDefault="00306DCD">
      <ns0:pPr>
        <ns0:pStyle ns0:val="a"/>
        <ns0:spacing ns0:after="60"/>
        <ns0:ind ns0:left="397" ns0:hanging="198"/>
        <ns0:rPr>
          <ns0:lang ns0:val="ru-RU"/>
        </ns0:rPr>
      </ns0:pPr>
      <ns0:r ns0:rsidRPr="00746689">
        <ns0:rPr>
          <ns0:lang ns0:val="ru-RU"/>
        </ns0:rPr>
        <ns0:t>Рядом с каждой галочкой дать отдельную ссылку на соответствующую часть текста. Не объединять согласие с принятием пользоват</ns0:t>
      </ns0:r>
      <ns0:r ns0:rsidRPr="00746689">
        <ns0:rPr>
          <ns0:lang ns0:val="ru-RU"/>
        </ns0:rPr>
        <ns0:t>ельского соглашения или нажатием одной общей кнопки.</ns0:t>
      </ns0:r>
    </ns0:p>
    <ns0:p ns0:rsidR="00064A47" ns0:rsidRPr="00746689" ns0:rsidRDefault="00306DCD">
      <ns0:pPr>
        <ns0:pStyle ns0:val="a"/>
        <ns0:spacing ns0:after="60"/>
        <ns0:ind ns0:left="397" ns0:hanging="198"/>
        <ns0:rPr>
          <ns0:lang ns0:val="ru-RU"/>
        </ns0:rPr>
      </ns0:pPr>
      <ns0:r ns0:rsidRPr="00746689">
        <ns0:rPr>
          <ns0:lang ns0:val="ru-RU"/>
        </ns0:rPr>
        <ns0:t xml:space="preserve">Для рассылки дать Пользователю возможность выбрать конкретные каналы и фиксировать дату, время, </ns0:t>
      </ns0:r>
      <ns0:r>
        <ns0:t>IP</ns0:t>
      </ns0:r>
      <ns0:r ns0:rsidRPr="00746689">
        <ns0:rPr>
          <ns0:lang ns0:val="ru-RU"/>
        </ns0:rPr>
        <ns0:t>-адрес, версию текста и выбранные каналы.</ns0:t>
      </ns0:r>
    </ns0:p>
    <ns0:p ns0:rsidR="00064A47" ns0:rsidRPr="00746689" ns0:rsidRDefault="00306DCD">
      <ns0:pPr>
        <ns0:pStyle ns0:val="a"/>
        <ns0:spacing ns0:after="60"/>
        <ns0:ind ns0:left="397" ns0:hanging="198"/>
        <ns0:rPr>
          <ns0:lang ns0:val="ru-RU"/>
        </ns0:rPr>
      </ns0:pPr>
      <ns0:r ns0:rsidRPr="00746689">
        <ns0:rPr>
          <ns0:lang ns0:val="ru-RU"/>
        </ns0:rPr>
        <ns0:t>Для распространения предоставить выбор конкретных категорий дан</ns0:t>
      </ns0:r>
      <ns0:r ns0:rsidRPr="00746689">
        <ns0:rPr>
          <ns0:lang ns0:val="ru-RU"/>
        </ns0:rPr>
        <ns0:t xml:space="preserve">ных, условий и точных </ns0:t>
      </ns0:r>
      <ns0:r>
        <ns0:t>URL</ns0:t>
      </ns0:r>
      <ns0:r ns0:rsidRPr="00746689">
        <ns0:rPr>
          <ns0:lang ns0:val="ru-RU"/>
        </ns0:rPr>
        <ns0:t xml:space="preserve"> информационных ресурсов. Не публиковать телефон, </ns0:t>
      </ns0:r>
      <ns0:r>
        <ns0:t>e</ns0:t>
      </ns0:r>
      <ns0:r ns0:rsidRPr="00746689">
        <ns0:rPr>
          <ns0:lang ns0:val="ru-RU"/>
        </ns0:rPr>
        <ns0:t>-</ns0:t>
      </ns0:r>
      <ns0:r>
        <ns0:t>mail</ns0:t>
      </ns0:r>
      <ns0:r ns0:rsidRPr="00746689">
        <ns0:rPr>
          <ns0:lang ns0:val="ru-RU"/>
        </ns0:rPr>
        <ns0:t xml:space="preserve">, </ns0:t>
      </ns0:r>
      <ns0:r>
        <ns0:t>cookie</ns0:t>
      </ns0:r>
      <ns0:r ns0:rsidRPr="00746689">
        <ns0:rPr>
          <ns0:lang ns0:val="ru-RU"/>
        </ns0:rPr>
        <ns0:t xml:space="preserve">, </ns0:t>
      </ns0:r>
      <ns0:r>
        <ns0:t>IP</ns0:t>
      </ns0:r>
      <ns0:r ns0:rsidRPr="00746689">
        <ns0:rPr>
          <ns0:lang ns0:val="ru-RU"/>
        </ns0:rPr>
        <ns0:t xml:space="preserve"> и документы целиком по умолчанию.</ns0:t>
      </ns0:r>
    </ns0:p>
    <ns0:p ns0:rsidR="00064A47" ns0:rsidRDefault="00306DCD">
      <ns0:pPr>
        <ns0:pStyle ns0:val="a"/>
        <ns0:spacing ns0:after="60"/>
        <ns0:ind ns0:left="397" ns0:hanging="198"/>
      </ns0:pPr>
      <ns0:r ns0:rsidRPr="00746689">
        <ns0:rPr>
          <ns0:lang ns0:val="ru-RU"/>
        </ns0:rPr>
        <ns0:t xml:space="preserve">До публикации заменить все поля в квадратных скобках, включая </ns0:t>
      </ns0:r>
      <ns0:r>
        <ns0:t>e</ns0:t>
      </ns0:r>
      <ns0:r ns0:rsidRPr="00746689">
        <ns0:rPr>
          <ns0:lang ns0:val="ru-RU"/>
        </ns0:rPr>
        <ns0:t>-</ns0:t>
      </ns0:r>
      <ns0:r>
        <ns0:t>mail</ns0:t>
      </ns0:r>
      <ns0:r ns0:rsidRPr="00746689">
        <ns0:rPr>
          <ns0:lang ns0:val="ru-RU"/>
        </ns0:rPr>
        <ns0:t xml:space="preserve"> Оператора и точные ссылки на социальные сети. </ns0:t>
      </ns0:r>
      <ns0:r>
        <ns0:t>Хранить доказ</ns0:t>
      </ns0:r>
      <ns0:r>
        <ns0:t>ательство каждого согласия и его версии.</ns0:t>
      </ns0:r>
    </ns0:p>
    <ns0:p ns0:rsidR="00064A47" ns0:rsidRDefault="00306DCD">
      <ns0:pPr>
        <ns0:pStyle ns0:val="a"/>
        <ns0:spacing ns0:after="60"/>
        <ns0:ind ns0:left="397" ns0:hanging="198"/>
      </ns0:pPr>
      <ns0:r ns0:rsidRPr="00746689">
        <ns0:rPr>
          <ns0:lang ns0:val="ru-RU"/>
        </ns0:rPr>
        <ns0:t xml:space="preserve">Настроить баннер </ns0:t>
      </ns0:r>
      <ns0:r>
        <ns0:t>cookie</ns0:t>
      </ns0:r>
      <ns0:r ns0:rsidRPr="00746689">
        <ns0:rPr>
          <ns0:lang ns0:val="ru-RU"/>
        </ns0:rPr>
        <ns0:t xml:space="preserve"> с отдельным согласием на необязательные аналитические и маркетинговые </ns0:t>
      </ns0:r>
      <ns0:r>
        <ns0:t>cookie</ns0:t>
      </ns0:r>
      <ns0:r ns0:rsidRPr="00746689">
        <ns0:rPr>
          <ns0:lang ns0:val="ru-RU"/>
        </ns0:rPr>
        <ns0:t xml:space="preserve">. </ns0:t>
      </ns0:r>
      <ns0:r>
        <ns0:t>Обязательные cookie не использовать для рекламы.</ns0:t>
      </ns0:r>
    </ns0:p>
    <ns0:sectPr ns0:rsidR="00064A47" ns0:rsidSect="00034616">
      <ns0:headerReference ns0:type="default" ns2:id="rId8"/>
      <ns0:footerReference ns0:type="default" ns2:id="rId9"/>
      <ns0:pgSz ns0:w="12240" ns0:h="15840"/>
      <ns0:pgMar ns0:top="1020" ns0:right="1020" ns0:bottom="907" ns0:left="1247" ns0:header="454" ns0:footer="397" ns0:gutter="0"/>
      <ns0:cols ns0:space="720"/>
      <ns0:docGrid ns0:linePitch="360"/>
    </ns0:sectPr>
  </ns0:body>
</ns0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DCD" w:rsidRDefault="00306DCD">
      <w:pPr>
        <w:spacing w:after="0" w:line="240" w:lineRule="auto"/>
      </w:pPr>
      <w:r>
        <w:separator/>
      </w:r>
    </w:p>
  </w:endnote>
  <w:endnote w:type="continuationSeparator" w:id="0">
    <w:p w:rsidR="00306DCD" w:rsidRDefault="00306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A47" w:rsidRDefault="00306DCD">
    <w:pPr>
      <w:pStyle w:val="a7"/>
      <w:jc w:val="center"/>
    </w:pPr>
    <w:r>
      <w:rPr>
        <w:color w:val="6B7280"/>
        <w:sz w:val="16"/>
      </w:rPr>
      <w:fldChar w:fldCharType="begin"/>
    </w:r>
    <w:r>
      <w:rPr>
        <w:color w:val="6B7280"/>
        <w:sz w:val="16"/>
      </w:rPr>
      <w:instrText>PAGE</w:instrText>
    </w:r>
    <w:r w:rsidR="00746689">
      <w:rPr>
        <w:color w:val="6B7280"/>
        <w:sz w:val="16"/>
      </w:rPr>
      <w:fldChar w:fldCharType="separate"/>
    </w:r>
    <w:r w:rsidR="00746689">
      <w:rPr>
        <w:noProof/>
        <w:color w:val="6B7280"/>
        <w:sz w:val="16"/>
      </w:rPr>
      <w:t>1</w:t>
    </w:r>
    <w:r>
      <w:rPr>
        <w:color w:val="6B72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DCD" w:rsidRDefault="00306DCD">
      <w:pPr>
        <w:spacing w:after="0" w:line="240" w:lineRule="auto"/>
      </w:pPr>
      <w:r>
        <w:separator/>
      </w:r>
    </w:p>
  </w:footnote>
  <w:footnote w:type="continuationSeparator" w:id="0">
    <w:p w:rsidR="00306DCD" w:rsidRDefault="00306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A47" w:rsidRDefault="00306DCD">
    <w:pPr>
      <w:pStyle w:val="a5"/>
      <w:jc w:val="right"/>
    </w:pPr>
    <w:r>
      <w:rPr>
        <w:color w:val="6B7280"/>
        <w:sz w:val="16"/>
      </w:rPr>
      <w:t>Согласия на обработку персональных данных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4A47"/>
    <w:rsid w:val="0015074B"/>
    <w:rsid w:val="0029639D"/>
    <w:rsid w:val="00306DCD"/>
    <w:rsid w:val="00326F90"/>
    <w:rsid w:val="0074668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7575B1"/>
  <w14:defaultImageDpi w14:val="300"/>
  <w15:docId w15:val="{C0E4A105-CF12-460E-936D-40550AD5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80"/>
      <w:jc w:val="both"/>
    </w:pPr>
    <w:rPr>
      <w:rFonts w:ascii="Arial" w:eastAsia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/>
      <w:b/>
      <w:bCs/>
      <w:color w:val="1F2937"/>
      <w:sz w:val="25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80"/>
      <w:outlineLvl w:val="1"/>
    </w:pPr>
    <w:rPr>
      <w:rFonts w:asciiTheme="majorHAnsi" w:eastAsiaTheme="majorEastAsia" w:hAnsiTheme="majorHAnsi" w:cstheme="majorBidi"/>
      <w:b/>
      <w:bCs/>
      <w:color w:val="374151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1F2937"/>
      <w:spacing w:val="5"/>
      <w:kern w:val="28"/>
      <w:sz w:val="3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basedOn w:val="a1"/>
    <w:pPr>
      <w:spacing w:before="80" w:after="120"/>
      <w:ind w:left="283" w:right="283"/>
    </w:pPr>
    <w:rPr>
      <w:i/>
      <w:color w:val="4B5563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405493-864E-4A24-92E0-A05D84FC0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1810</Words>
  <Characters>10320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Согласия на обработку персональных данных</dc:title>
  <dc:subject>Персональные данные</dc:subject>
  <dc:creator>Индивидуальный предприниматель Косик Арсений Павлович</dc:creator>
  <cp:keywords>персональные данные, конфиденциальность, согласие</cp:keywords>
  <dc:description>generated by python-docx</dc:description>
  <cp:lastModifiedBy>Юн Гын Чжен</cp:lastModifiedBy>
  <cp:revision>3</cp:revision>
  <dcterms:created xsi:type="dcterms:W3CDTF">2013-12-23T23:15:00Z</dcterms:created>
  <dcterms:modified xsi:type="dcterms:W3CDTF">2026-08-06T18:46:00Z</dcterms:modified>
  <cp:category/>
</cp:coreProperties>
</file>